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E736C" w14:textId="6C2AB3B9" w:rsidR="003B48E5" w:rsidRDefault="003B48E5">
      <w:pPr>
        <w:jc w:val="center"/>
      </w:pPr>
    </w:p>
    <w:p w14:paraId="07FEB58D" w14:textId="77777777" w:rsidR="003B48E5" w:rsidRDefault="00474E2A">
      <w:pPr>
        <w:jc w:val="center"/>
        <w:rPr>
          <w:rFonts w:ascii="Arial" w:hAnsi="Arial" w:cs="Arial"/>
          <w:b/>
          <w:sz w:val="28"/>
          <w:szCs w:val="28"/>
        </w:rPr>
      </w:pPr>
      <w:r w:rsidRPr="00E94D0E">
        <w:rPr>
          <w:rFonts w:ascii="Arial" w:hAnsi="Arial" w:cs="Arial"/>
          <w:b/>
          <w:sz w:val="28"/>
          <w:szCs w:val="28"/>
        </w:rPr>
        <w:t>FORMULARIO DE ADHESIÓN AL RÉGIMEN SIMPLIFICADO CONTABLE</w:t>
      </w:r>
    </w:p>
    <w:p w14:paraId="56B0A002" w14:textId="239DF20E" w:rsidR="00E94D0E" w:rsidRPr="00E94D0E" w:rsidRDefault="00E94D0E">
      <w:pPr>
        <w:jc w:val="center"/>
        <w:rPr>
          <w:rFonts w:ascii="Arial" w:hAnsi="Arial" w:cs="Arial"/>
          <w:i/>
          <w:iCs/>
          <w:sz w:val="20"/>
          <w:szCs w:val="20"/>
        </w:rPr>
      </w:pPr>
      <w:r w:rsidRPr="00E94D0E">
        <w:rPr>
          <w:rFonts w:ascii="Arial" w:hAnsi="Arial" w:cs="Arial"/>
          <w:i/>
          <w:iCs/>
          <w:sz w:val="20"/>
          <w:szCs w:val="20"/>
        </w:rPr>
        <w:t>(</w:t>
      </w:r>
      <w:proofErr w:type="spellStart"/>
      <w:r w:rsidRPr="00E94D0E">
        <w:rPr>
          <w:rFonts w:ascii="Arial" w:hAnsi="Arial" w:cs="Arial"/>
          <w:i/>
          <w:iCs/>
          <w:sz w:val="20"/>
          <w:szCs w:val="20"/>
        </w:rPr>
        <w:t>Resolución</w:t>
      </w:r>
      <w:proofErr w:type="spellEnd"/>
      <w:r w:rsidRPr="00E94D0E">
        <w:rPr>
          <w:rFonts w:ascii="Arial" w:hAnsi="Arial" w:cs="Arial"/>
          <w:i/>
          <w:iCs/>
          <w:sz w:val="20"/>
          <w:szCs w:val="20"/>
        </w:rPr>
        <w:t xml:space="preserve"> General </w:t>
      </w:r>
      <w:proofErr w:type="spellStart"/>
      <w:r w:rsidRPr="00E94D0E">
        <w:rPr>
          <w:rFonts w:ascii="Arial" w:hAnsi="Arial" w:cs="Arial"/>
          <w:i/>
          <w:iCs/>
          <w:sz w:val="20"/>
          <w:szCs w:val="20"/>
        </w:rPr>
        <w:t>Conjunta</w:t>
      </w:r>
      <w:proofErr w:type="spellEnd"/>
      <w:r w:rsidRPr="00E94D0E">
        <w:rPr>
          <w:rFonts w:ascii="Arial" w:hAnsi="Arial" w:cs="Arial"/>
          <w:i/>
          <w:iCs/>
          <w:sz w:val="20"/>
          <w:szCs w:val="20"/>
        </w:rPr>
        <w:t xml:space="preserve"> ARCA – IGPJ Salta RESOG-2026-5867-E-ARCA-ARCA)</w:t>
      </w:r>
    </w:p>
    <w:tbl>
      <w:tblPr>
        <w:tblStyle w:val="Tablaconcuadrcula"/>
        <w:tblW w:w="9238" w:type="dxa"/>
        <w:tblLook w:val="04A0" w:firstRow="1" w:lastRow="0" w:firstColumn="1" w:lastColumn="0" w:noHBand="0" w:noVBand="1"/>
      </w:tblPr>
      <w:tblGrid>
        <w:gridCol w:w="4619"/>
        <w:gridCol w:w="4619"/>
      </w:tblGrid>
      <w:tr w:rsidR="003B48E5" w14:paraId="64D83C31" w14:textId="77777777" w:rsidTr="00E94D0E">
        <w:trPr>
          <w:trHeight w:val="924"/>
        </w:trPr>
        <w:tc>
          <w:tcPr>
            <w:tcW w:w="4619" w:type="dxa"/>
          </w:tcPr>
          <w:p w14:paraId="3F718DF6" w14:textId="77777777" w:rsidR="00E94D0E" w:rsidRDefault="00E94D0E">
            <w:pPr>
              <w:rPr>
                <w:rFonts w:ascii="Arial" w:hAnsi="Arial" w:cs="Arial"/>
                <w:sz w:val="24"/>
                <w:szCs w:val="24"/>
              </w:rPr>
            </w:pPr>
          </w:p>
          <w:p w14:paraId="5187A85B" w14:textId="7063CB0C" w:rsidR="003B48E5" w:rsidRPr="00E94D0E" w:rsidRDefault="00474E2A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94D0E">
              <w:rPr>
                <w:rFonts w:ascii="Arial" w:hAnsi="Arial" w:cs="Arial"/>
                <w:sz w:val="24"/>
                <w:szCs w:val="24"/>
              </w:rPr>
              <w:t>Denominación</w:t>
            </w:r>
            <w:proofErr w:type="spellEnd"/>
            <w:r w:rsidRPr="00E94D0E">
              <w:rPr>
                <w:rFonts w:ascii="Arial" w:hAnsi="Arial" w:cs="Arial"/>
                <w:sz w:val="24"/>
                <w:szCs w:val="24"/>
              </w:rPr>
              <w:t xml:space="preserve"> de la </w:t>
            </w:r>
            <w:proofErr w:type="spellStart"/>
            <w:r w:rsidRPr="00E94D0E">
              <w:rPr>
                <w:rFonts w:ascii="Arial" w:hAnsi="Arial" w:cs="Arial"/>
                <w:sz w:val="24"/>
                <w:szCs w:val="24"/>
              </w:rPr>
              <w:t>entidad</w:t>
            </w:r>
            <w:proofErr w:type="spellEnd"/>
          </w:p>
        </w:tc>
        <w:tc>
          <w:tcPr>
            <w:tcW w:w="4619" w:type="dxa"/>
          </w:tcPr>
          <w:p w14:paraId="5C52857F" w14:textId="77777777" w:rsidR="003B48E5" w:rsidRPr="00E94D0E" w:rsidRDefault="003B48E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B48E5" w14:paraId="07F2136D" w14:textId="77777777" w:rsidTr="00E94D0E">
        <w:trPr>
          <w:trHeight w:val="393"/>
        </w:trPr>
        <w:tc>
          <w:tcPr>
            <w:tcW w:w="4619" w:type="dxa"/>
          </w:tcPr>
          <w:p w14:paraId="568A0296" w14:textId="77777777" w:rsidR="003B48E5" w:rsidRPr="00E94D0E" w:rsidRDefault="00474E2A">
            <w:pPr>
              <w:rPr>
                <w:rFonts w:ascii="Arial" w:hAnsi="Arial" w:cs="Arial"/>
                <w:sz w:val="24"/>
                <w:szCs w:val="24"/>
              </w:rPr>
            </w:pPr>
            <w:r w:rsidRPr="00E94D0E">
              <w:rPr>
                <w:rFonts w:ascii="Arial" w:hAnsi="Arial" w:cs="Arial"/>
                <w:sz w:val="24"/>
                <w:szCs w:val="24"/>
              </w:rPr>
              <w:t>CUIT</w:t>
            </w:r>
          </w:p>
        </w:tc>
        <w:tc>
          <w:tcPr>
            <w:tcW w:w="4619" w:type="dxa"/>
          </w:tcPr>
          <w:p w14:paraId="079205B8" w14:textId="77777777" w:rsidR="003B48E5" w:rsidRPr="00E94D0E" w:rsidRDefault="003B48E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B48E5" w14:paraId="053575BD" w14:textId="77777777" w:rsidTr="00E94D0E">
        <w:trPr>
          <w:trHeight w:val="1184"/>
        </w:trPr>
        <w:tc>
          <w:tcPr>
            <w:tcW w:w="4619" w:type="dxa"/>
          </w:tcPr>
          <w:p w14:paraId="637E6B56" w14:textId="77777777" w:rsidR="00E94D0E" w:rsidRDefault="00E94D0E">
            <w:pPr>
              <w:rPr>
                <w:rFonts w:ascii="Arial" w:hAnsi="Arial" w:cs="Arial"/>
                <w:sz w:val="24"/>
                <w:szCs w:val="24"/>
              </w:rPr>
            </w:pPr>
          </w:p>
          <w:p w14:paraId="6CDFFD2F" w14:textId="4DA23956" w:rsidR="003B48E5" w:rsidRPr="00E94D0E" w:rsidRDefault="00474E2A">
            <w:pPr>
              <w:rPr>
                <w:rFonts w:ascii="Arial" w:hAnsi="Arial" w:cs="Arial"/>
                <w:sz w:val="24"/>
                <w:szCs w:val="24"/>
              </w:rPr>
            </w:pPr>
            <w:r w:rsidRPr="00E94D0E">
              <w:rPr>
                <w:rFonts w:ascii="Arial" w:hAnsi="Arial" w:cs="Arial"/>
                <w:sz w:val="24"/>
                <w:szCs w:val="24"/>
              </w:rPr>
              <w:t xml:space="preserve">Tipo de </w:t>
            </w:r>
            <w:proofErr w:type="spellStart"/>
            <w:r w:rsidRPr="00E94D0E">
              <w:rPr>
                <w:rFonts w:ascii="Arial" w:hAnsi="Arial" w:cs="Arial"/>
                <w:sz w:val="24"/>
                <w:szCs w:val="24"/>
              </w:rPr>
              <w:t>entidad</w:t>
            </w:r>
            <w:proofErr w:type="spellEnd"/>
          </w:p>
        </w:tc>
        <w:tc>
          <w:tcPr>
            <w:tcW w:w="4619" w:type="dxa"/>
          </w:tcPr>
          <w:p w14:paraId="6800E3F1" w14:textId="4F970EEA" w:rsidR="003B48E5" w:rsidRPr="00E94D0E" w:rsidRDefault="00474E2A">
            <w:pPr>
              <w:rPr>
                <w:rFonts w:ascii="Arial" w:hAnsi="Arial" w:cs="Arial"/>
                <w:sz w:val="24"/>
                <w:szCs w:val="24"/>
              </w:rPr>
            </w:pPr>
            <w:r w:rsidRPr="00E94D0E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E94D0E">
              <w:rPr>
                <w:rFonts w:ascii="Arial" w:hAnsi="Arial" w:cs="Arial"/>
                <w:sz w:val="24"/>
                <w:szCs w:val="24"/>
              </w:rPr>
              <w:t xml:space="preserve"> Asociación Civil   </w:t>
            </w:r>
            <w:r w:rsidRPr="00E94D0E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E94D0E">
              <w:rPr>
                <w:rFonts w:ascii="Arial" w:hAnsi="Arial" w:cs="Arial"/>
                <w:sz w:val="24"/>
                <w:szCs w:val="24"/>
              </w:rPr>
              <w:t xml:space="preserve"> Fundación  </w:t>
            </w:r>
            <w:r w:rsidR="00E94D0E">
              <w:rPr>
                <w:rFonts w:ascii="Arial" w:hAnsi="Arial" w:cs="Arial"/>
                <w:sz w:val="24"/>
                <w:szCs w:val="24"/>
              </w:rPr>
              <w:t xml:space="preserve">       </w:t>
            </w:r>
            <w:r w:rsidRPr="00E94D0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94D0E" w:rsidRPr="00E94D0E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="00E94D0E" w:rsidRPr="00E94D0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94D0E">
              <w:rPr>
                <w:rFonts w:ascii="Arial" w:hAnsi="Arial" w:cs="Arial"/>
                <w:sz w:val="24"/>
                <w:szCs w:val="24"/>
              </w:rPr>
              <w:t xml:space="preserve">Simple </w:t>
            </w:r>
            <w:proofErr w:type="spellStart"/>
            <w:r w:rsidRPr="00E94D0E">
              <w:rPr>
                <w:rFonts w:ascii="Arial" w:hAnsi="Arial" w:cs="Arial"/>
                <w:sz w:val="24"/>
                <w:szCs w:val="24"/>
              </w:rPr>
              <w:t>Asociación</w:t>
            </w:r>
            <w:proofErr w:type="spellEnd"/>
          </w:p>
        </w:tc>
      </w:tr>
    </w:tbl>
    <w:p w14:paraId="7E489E4D" w14:textId="7AC3AD49" w:rsidR="003B48E5" w:rsidRDefault="003B48E5">
      <w:pPr>
        <w:rPr>
          <w:rFonts w:ascii="Arial" w:hAnsi="Arial" w:cs="Arial"/>
        </w:rPr>
      </w:pPr>
    </w:p>
    <w:tbl>
      <w:tblPr>
        <w:tblStyle w:val="Tablaconcuadrcula"/>
        <w:tblpPr w:leftFromText="141" w:rightFromText="141" w:vertAnchor="text" w:horzAnchor="margin" w:tblpY="1105"/>
        <w:tblW w:w="9321" w:type="dxa"/>
        <w:tblLook w:val="04A0" w:firstRow="1" w:lastRow="0" w:firstColumn="1" w:lastColumn="0" w:noHBand="0" w:noVBand="1"/>
      </w:tblPr>
      <w:tblGrid>
        <w:gridCol w:w="3107"/>
        <w:gridCol w:w="3107"/>
        <w:gridCol w:w="3107"/>
      </w:tblGrid>
      <w:tr w:rsidR="002E6203" w:rsidRPr="00E94D0E" w14:paraId="2956B9C4" w14:textId="77777777" w:rsidTr="002E6203">
        <w:trPr>
          <w:trHeight w:val="277"/>
        </w:trPr>
        <w:tc>
          <w:tcPr>
            <w:tcW w:w="3107" w:type="dxa"/>
          </w:tcPr>
          <w:p w14:paraId="2B055C2D" w14:textId="77777777" w:rsidR="002E6203" w:rsidRPr="00E94D0E" w:rsidRDefault="002E6203" w:rsidP="002E6203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94D0E">
              <w:rPr>
                <w:rFonts w:ascii="Arial" w:hAnsi="Arial" w:cs="Arial"/>
                <w:sz w:val="24"/>
                <w:szCs w:val="24"/>
              </w:rPr>
              <w:t>Ejercicio</w:t>
            </w:r>
            <w:proofErr w:type="spellEnd"/>
            <w:r w:rsidRPr="00E94D0E">
              <w:rPr>
                <w:rFonts w:ascii="Arial" w:hAnsi="Arial" w:cs="Arial"/>
                <w:sz w:val="24"/>
                <w:szCs w:val="24"/>
              </w:rPr>
              <w:t xml:space="preserve"> contable (Año)</w:t>
            </w:r>
          </w:p>
        </w:tc>
        <w:tc>
          <w:tcPr>
            <w:tcW w:w="3107" w:type="dxa"/>
          </w:tcPr>
          <w:p w14:paraId="07AE035E" w14:textId="12140B21" w:rsidR="002E6203" w:rsidRPr="00E94D0E" w:rsidRDefault="002E6203" w:rsidP="002E6203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Fecha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de Cierre de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Ejercicio</w:t>
            </w:r>
            <w:proofErr w:type="spellEnd"/>
          </w:p>
        </w:tc>
        <w:tc>
          <w:tcPr>
            <w:tcW w:w="3107" w:type="dxa"/>
          </w:tcPr>
          <w:p w14:paraId="39C3D888" w14:textId="77777777" w:rsidR="002E6203" w:rsidRPr="00E94D0E" w:rsidRDefault="002E6203" w:rsidP="002E6203">
            <w:pPr>
              <w:rPr>
                <w:rFonts w:ascii="Arial" w:hAnsi="Arial" w:cs="Arial"/>
                <w:sz w:val="24"/>
                <w:szCs w:val="24"/>
              </w:rPr>
            </w:pPr>
            <w:r w:rsidRPr="00E94D0E">
              <w:rPr>
                <w:rFonts w:ascii="Arial" w:hAnsi="Arial" w:cs="Arial"/>
                <w:sz w:val="24"/>
                <w:szCs w:val="24"/>
              </w:rPr>
              <w:t>Ingresos anuales ($)</w:t>
            </w:r>
          </w:p>
        </w:tc>
      </w:tr>
      <w:tr w:rsidR="002E6203" w:rsidRPr="00E94D0E" w14:paraId="72442F3B" w14:textId="77777777" w:rsidTr="002E6203">
        <w:trPr>
          <w:trHeight w:val="261"/>
        </w:trPr>
        <w:tc>
          <w:tcPr>
            <w:tcW w:w="3107" w:type="dxa"/>
          </w:tcPr>
          <w:p w14:paraId="7F215E4E" w14:textId="1090B3D8" w:rsidR="002E6203" w:rsidRPr="00E94D0E" w:rsidRDefault="002E6203" w:rsidP="002E6203">
            <w:pPr>
              <w:rPr>
                <w:rFonts w:ascii="Arial" w:hAnsi="Arial" w:cs="Arial"/>
              </w:rPr>
            </w:pPr>
          </w:p>
        </w:tc>
        <w:tc>
          <w:tcPr>
            <w:tcW w:w="3107" w:type="dxa"/>
          </w:tcPr>
          <w:p w14:paraId="3E2BC8D4" w14:textId="77777777" w:rsidR="002E6203" w:rsidRPr="00E94D0E" w:rsidRDefault="002E6203" w:rsidP="002E6203">
            <w:pPr>
              <w:rPr>
                <w:rFonts w:ascii="Arial" w:hAnsi="Arial" w:cs="Arial"/>
              </w:rPr>
            </w:pPr>
          </w:p>
        </w:tc>
        <w:tc>
          <w:tcPr>
            <w:tcW w:w="3107" w:type="dxa"/>
          </w:tcPr>
          <w:p w14:paraId="30C43579" w14:textId="77777777" w:rsidR="002E6203" w:rsidRPr="00E94D0E" w:rsidRDefault="002E6203" w:rsidP="002E6203">
            <w:pPr>
              <w:rPr>
                <w:rFonts w:ascii="Arial" w:hAnsi="Arial" w:cs="Arial"/>
              </w:rPr>
            </w:pPr>
          </w:p>
        </w:tc>
      </w:tr>
      <w:tr w:rsidR="002E6203" w:rsidRPr="00E94D0E" w14:paraId="3C8E2959" w14:textId="77777777" w:rsidTr="002E6203">
        <w:trPr>
          <w:trHeight w:val="246"/>
        </w:trPr>
        <w:tc>
          <w:tcPr>
            <w:tcW w:w="3107" w:type="dxa"/>
          </w:tcPr>
          <w:p w14:paraId="3CD4E731" w14:textId="77777777" w:rsidR="002E6203" w:rsidRPr="00E94D0E" w:rsidRDefault="002E6203" w:rsidP="002E6203">
            <w:pPr>
              <w:rPr>
                <w:rFonts w:ascii="Arial" w:hAnsi="Arial" w:cs="Arial"/>
              </w:rPr>
            </w:pPr>
          </w:p>
        </w:tc>
        <w:tc>
          <w:tcPr>
            <w:tcW w:w="3107" w:type="dxa"/>
          </w:tcPr>
          <w:p w14:paraId="4EB606E9" w14:textId="77777777" w:rsidR="002E6203" w:rsidRPr="00E94D0E" w:rsidRDefault="002E6203" w:rsidP="002E6203">
            <w:pPr>
              <w:rPr>
                <w:rFonts w:ascii="Arial" w:hAnsi="Arial" w:cs="Arial"/>
              </w:rPr>
            </w:pPr>
          </w:p>
        </w:tc>
        <w:tc>
          <w:tcPr>
            <w:tcW w:w="3107" w:type="dxa"/>
          </w:tcPr>
          <w:p w14:paraId="3833F6C1" w14:textId="77777777" w:rsidR="002E6203" w:rsidRPr="00E94D0E" w:rsidRDefault="002E6203" w:rsidP="002E6203">
            <w:pPr>
              <w:rPr>
                <w:rFonts w:ascii="Arial" w:hAnsi="Arial" w:cs="Arial"/>
              </w:rPr>
            </w:pPr>
          </w:p>
        </w:tc>
      </w:tr>
      <w:tr w:rsidR="002E6203" w:rsidRPr="00E94D0E" w14:paraId="76936777" w14:textId="77777777" w:rsidTr="002E6203">
        <w:trPr>
          <w:trHeight w:val="261"/>
        </w:trPr>
        <w:tc>
          <w:tcPr>
            <w:tcW w:w="3107" w:type="dxa"/>
          </w:tcPr>
          <w:p w14:paraId="34D51001" w14:textId="77777777" w:rsidR="002E6203" w:rsidRPr="00E94D0E" w:rsidRDefault="002E6203" w:rsidP="002E6203">
            <w:pPr>
              <w:rPr>
                <w:rFonts w:ascii="Arial" w:hAnsi="Arial" w:cs="Arial"/>
              </w:rPr>
            </w:pPr>
          </w:p>
        </w:tc>
        <w:tc>
          <w:tcPr>
            <w:tcW w:w="3107" w:type="dxa"/>
          </w:tcPr>
          <w:p w14:paraId="6CD3B394" w14:textId="77777777" w:rsidR="002E6203" w:rsidRPr="00E94D0E" w:rsidRDefault="002E6203" w:rsidP="002E6203">
            <w:pPr>
              <w:rPr>
                <w:rFonts w:ascii="Arial" w:hAnsi="Arial" w:cs="Arial"/>
              </w:rPr>
            </w:pPr>
          </w:p>
        </w:tc>
        <w:tc>
          <w:tcPr>
            <w:tcW w:w="3107" w:type="dxa"/>
          </w:tcPr>
          <w:p w14:paraId="109D1DF8" w14:textId="77777777" w:rsidR="002E6203" w:rsidRPr="00E94D0E" w:rsidRDefault="002E6203" w:rsidP="002E6203">
            <w:pPr>
              <w:rPr>
                <w:rFonts w:ascii="Arial" w:hAnsi="Arial" w:cs="Arial"/>
              </w:rPr>
            </w:pPr>
          </w:p>
        </w:tc>
      </w:tr>
      <w:tr w:rsidR="002E6203" w:rsidRPr="00E94D0E" w14:paraId="3446B61A" w14:textId="77777777" w:rsidTr="002E6203">
        <w:trPr>
          <w:trHeight w:val="246"/>
        </w:trPr>
        <w:tc>
          <w:tcPr>
            <w:tcW w:w="3107" w:type="dxa"/>
          </w:tcPr>
          <w:p w14:paraId="0FF53F2A" w14:textId="77777777" w:rsidR="002E6203" w:rsidRPr="00E94D0E" w:rsidRDefault="002E6203" w:rsidP="002E6203">
            <w:pPr>
              <w:rPr>
                <w:rFonts w:ascii="Arial" w:hAnsi="Arial" w:cs="Arial"/>
              </w:rPr>
            </w:pPr>
          </w:p>
        </w:tc>
        <w:tc>
          <w:tcPr>
            <w:tcW w:w="3107" w:type="dxa"/>
          </w:tcPr>
          <w:p w14:paraId="4E84D658" w14:textId="77777777" w:rsidR="002E6203" w:rsidRPr="00E94D0E" w:rsidRDefault="002E6203" w:rsidP="002E6203">
            <w:pPr>
              <w:rPr>
                <w:rFonts w:ascii="Arial" w:hAnsi="Arial" w:cs="Arial"/>
              </w:rPr>
            </w:pPr>
          </w:p>
        </w:tc>
        <w:tc>
          <w:tcPr>
            <w:tcW w:w="3107" w:type="dxa"/>
          </w:tcPr>
          <w:p w14:paraId="591FCEA0" w14:textId="77777777" w:rsidR="002E6203" w:rsidRPr="00E94D0E" w:rsidRDefault="002E6203" w:rsidP="002E6203">
            <w:pPr>
              <w:rPr>
                <w:rFonts w:ascii="Arial" w:hAnsi="Arial" w:cs="Arial"/>
              </w:rPr>
            </w:pPr>
          </w:p>
        </w:tc>
      </w:tr>
      <w:tr w:rsidR="002E6203" w:rsidRPr="00E94D0E" w14:paraId="508FBC47" w14:textId="77777777" w:rsidTr="002E6203">
        <w:trPr>
          <w:trHeight w:val="261"/>
        </w:trPr>
        <w:tc>
          <w:tcPr>
            <w:tcW w:w="3107" w:type="dxa"/>
          </w:tcPr>
          <w:p w14:paraId="17C4E574" w14:textId="77777777" w:rsidR="002E6203" w:rsidRPr="00E94D0E" w:rsidRDefault="002E6203" w:rsidP="002E6203">
            <w:pPr>
              <w:rPr>
                <w:rFonts w:ascii="Arial" w:hAnsi="Arial" w:cs="Arial"/>
              </w:rPr>
            </w:pPr>
          </w:p>
        </w:tc>
        <w:tc>
          <w:tcPr>
            <w:tcW w:w="3107" w:type="dxa"/>
          </w:tcPr>
          <w:p w14:paraId="77A35D17" w14:textId="77777777" w:rsidR="002E6203" w:rsidRPr="00E94D0E" w:rsidRDefault="002E6203" w:rsidP="002E6203">
            <w:pPr>
              <w:rPr>
                <w:rFonts w:ascii="Arial" w:hAnsi="Arial" w:cs="Arial"/>
              </w:rPr>
            </w:pPr>
          </w:p>
        </w:tc>
        <w:tc>
          <w:tcPr>
            <w:tcW w:w="3107" w:type="dxa"/>
          </w:tcPr>
          <w:p w14:paraId="51374646" w14:textId="77777777" w:rsidR="002E6203" w:rsidRPr="00E94D0E" w:rsidRDefault="002E6203" w:rsidP="002E6203">
            <w:pPr>
              <w:rPr>
                <w:rFonts w:ascii="Arial" w:hAnsi="Arial" w:cs="Arial"/>
              </w:rPr>
            </w:pPr>
          </w:p>
        </w:tc>
      </w:tr>
      <w:tr w:rsidR="002E6203" w:rsidRPr="00E94D0E" w14:paraId="65CE2AC0" w14:textId="77777777" w:rsidTr="002E6203">
        <w:trPr>
          <w:trHeight w:val="246"/>
        </w:trPr>
        <w:tc>
          <w:tcPr>
            <w:tcW w:w="3107" w:type="dxa"/>
          </w:tcPr>
          <w:p w14:paraId="3536C942" w14:textId="77777777" w:rsidR="002E6203" w:rsidRPr="00E94D0E" w:rsidRDefault="002E6203" w:rsidP="002E6203">
            <w:pPr>
              <w:rPr>
                <w:rFonts w:ascii="Arial" w:hAnsi="Arial" w:cs="Arial"/>
              </w:rPr>
            </w:pPr>
          </w:p>
        </w:tc>
        <w:tc>
          <w:tcPr>
            <w:tcW w:w="3107" w:type="dxa"/>
          </w:tcPr>
          <w:p w14:paraId="11D3BE2C" w14:textId="77777777" w:rsidR="002E6203" w:rsidRPr="00E94D0E" w:rsidRDefault="002E6203" w:rsidP="002E6203">
            <w:pPr>
              <w:rPr>
                <w:rFonts w:ascii="Arial" w:hAnsi="Arial" w:cs="Arial"/>
              </w:rPr>
            </w:pPr>
          </w:p>
        </w:tc>
        <w:tc>
          <w:tcPr>
            <w:tcW w:w="3107" w:type="dxa"/>
          </w:tcPr>
          <w:p w14:paraId="0333659F" w14:textId="77777777" w:rsidR="002E6203" w:rsidRPr="00E94D0E" w:rsidRDefault="002E6203" w:rsidP="002E6203">
            <w:pPr>
              <w:rPr>
                <w:rFonts w:ascii="Arial" w:hAnsi="Arial" w:cs="Arial"/>
              </w:rPr>
            </w:pPr>
          </w:p>
        </w:tc>
      </w:tr>
    </w:tbl>
    <w:p w14:paraId="3828FD9A" w14:textId="3D3DAB81" w:rsidR="003B48E5" w:rsidRDefault="00E94D0E" w:rsidP="00E53190">
      <w:pPr>
        <w:rPr>
          <w:rFonts w:ascii="Arial" w:hAnsi="Arial" w:cs="Arial"/>
          <w:i/>
          <w:iCs/>
          <w:sz w:val="20"/>
          <w:szCs w:val="20"/>
        </w:rPr>
      </w:pPr>
      <w:r w:rsidRPr="00E94D0E">
        <w:rPr>
          <w:rFonts w:ascii="Arial" w:hAnsi="Arial" w:cs="Arial"/>
          <w:i/>
          <w:iCs/>
          <w:sz w:val="20"/>
          <w:szCs w:val="20"/>
        </w:rPr>
        <w:t xml:space="preserve">La </w:t>
      </w:r>
      <w:proofErr w:type="spellStart"/>
      <w:r w:rsidRPr="00E94D0E">
        <w:rPr>
          <w:rFonts w:ascii="Arial" w:hAnsi="Arial" w:cs="Arial"/>
          <w:i/>
          <w:iCs/>
          <w:sz w:val="20"/>
          <w:szCs w:val="20"/>
        </w:rPr>
        <w:t>entidad</w:t>
      </w:r>
      <w:proofErr w:type="spellEnd"/>
      <w:r w:rsidRPr="00E94D0E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E94D0E">
        <w:rPr>
          <w:rFonts w:ascii="Arial" w:hAnsi="Arial" w:cs="Arial"/>
          <w:i/>
          <w:iCs/>
          <w:sz w:val="20"/>
          <w:szCs w:val="20"/>
        </w:rPr>
        <w:t>manifiesta</w:t>
      </w:r>
      <w:proofErr w:type="spellEnd"/>
      <w:r w:rsidRPr="00E94D0E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E94D0E">
        <w:rPr>
          <w:rFonts w:ascii="Arial" w:hAnsi="Arial" w:cs="Arial"/>
          <w:i/>
          <w:iCs/>
          <w:sz w:val="20"/>
          <w:szCs w:val="20"/>
        </w:rPr>
        <w:t>su</w:t>
      </w:r>
      <w:proofErr w:type="spellEnd"/>
      <w:r w:rsidRPr="00E94D0E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E94D0E">
        <w:rPr>
          <w:rFonts w:ascii="Arial" w:hAnsi="Arial" w:cs="Arial"/>
          <w:i/>
          <w:iCs/>
          <w:sz w:val="20"/>
          <w:szCs w:val="20"/>
        </w:rPr>
        <w:t>voluntad</w:t>
      </w:r>
      <w:proofErr w:type="spellEnd"/>
      <w:r w:rsidRPr="00E94D0E">
        <w:rPr>
          <w:rFonts w:ascii="Arial" w:hAnsi="Arial" w:cs="Arial"/>
          <w:i/>
          <w:iCs/>
          <w:sz w:val="20"/>
          <w:szCs w:val="20"/>
        </w:rPr>
        <w:t xml:space="preserve"> de </w:t>
      </w:r>
      <w:proofErr w:type="spellStart"/>
      <w:r w:rsidRPr="00E94D0E">
        <w:rPr>
          <w:rFonts w:ascii="Arial" w:hAnsi="Arial" w:cs="Arial"/>
          <w:i/>
          <w:iCs/>
          <w:sz w:val="20"/>
          <w:szCs w:val="20"/>
        </w:rPr>
        <w:t>adherir</w:t>
      </w:r>
      <w:proofErr w:type="spellEnd"/>
      <w:r w:rsidRPr="00E94D0E">
        <w:rPr>
          <w:rFonts w:ascii="Arial" w:hAnsi="Arial" w:cs="Arial"/>
          <w:i/>
          <w:iCs/>
          <w:sz w:val="20"/>
          <w:szCs w:val="20"/>
        </w:rPr>
        <w:t xml:space="preserve"> al </w:t>
      </w:r>
      <w:proofErr w:type="spellStart"/>
      <w:r w:rsidRPr="00E94D0E">
        <w:rPr>
          <w:rFonts w:ascii="Arial" w:hAnsi="Arial" w:cs="Arial"/>
          <w:i/>
          <w:iCs/>
          <w:sz w:val="20"/>
          <w:szCs w:val="20"/>
        </w:rPr>
        <w:t>Régimen</w:t>
      </w:r>
      <w:proofErr w:type="spellEnd"/>
      <w:r w:rsidRPr="00E94D0E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E94D0E">
        <w:rPr>
          <w:rFonts w:ascii="Arial" w:hAnsi="Arial" w:cs="Arial"/>
          <w:i/>
          <w:iCs/>
          <w:sz w:val="20"/>
          <w:szCs w:val="20"/>
        </w:rPr>
        <w:t>Simplificado</w:t>
      </w:r>
      <w:proofErr w:type="spellEnd"/>
      <w:r w:rsidRPr="00E94D0E">
        <w:rPr>
          <w:rFonts w:ascii="Arial" w:hAnsi="Arial" w:cs="Arial"/>
          <w:i/>
          <w:iCs/>
          <w:sz w:val="20"/>
          <w:szCs w:val="20"/>
        </w:rPr>
        <w:t xml:space="preserve"> Contable </w:t>
      </w:r>
      <w:proofErr w:type="spellStart"/>
      <w:r w:rsidRPr="00E94D0E">
        <w:rPr>
          <w:rFonts w:ascii="Arial" w:hAnsi="Arial" w:cs="Arial"/>
          <w:i/>
          <w:iCs/>
          <w:sz w:val="20"/>
          <w:szCs w:val="20"/>
        </w:rPr>
        <w:t>previsto</w:t>
      </w:r>
      <w:proofErr w:type="spellEnd"/>
      <w:r w:rsidRPr="00E94D0E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E94D0E">
        <w:rPr>
          <w:rFonts w:ascii="Arial" w:hAnsi="Arial" w:cs="Arial"/>
          <w:i/>
          <w:iCs/>
          <w:sz w:val="20"/>
          <w:szCs w:val="20"/>
        </w:rPr>
        <w:t>por</w:t>
      </w:r>
      <w:proofErr w:type="spellEnd"/>
      <w:r w:rsidRPr="00E94D0E">
        <w:rPr>
          <w:rFonts w:ascii="Arial" w:hAnsi="Arial" w:cs="Arial"/>
          <w:i/>
          <w:iCs/>
          <w:sz w:val="20"/>
          <w:szCs w:val="20"/>
        </w:rPr>
        <w:t xml:space="preserve"> la </w:t>
      </w:r>
      <w:proofErr w:type="spellStart"/>
      <w:r w:rsidRPr="00E94D0E">
        <w:rPr>
          <w:rFonts w:ascii="Arial" w:hAnsi="Arial" w:cs="Arial"/>
          <w:i/>
          <w:iCs/>
          <w:sz w:val="20"/>
          <w:szCs w:val="20"/>
        </w:rPr>
        <w:t>Resolución</w:t>
      </w:r>
      <w:proofErr w:type="spellEnd"/>
    </w:p>
    <w:p w14:paraId="6EF7BCD1" w14:textId="77777777" w:rsidR="00E53190" w:rsidRPr="00E53190" w:rsidRDefault="00E53190" w:rsidP="00E53190">
      <w:pPr>
        <w:rPr>
          <w:rFonts w:ascii="Arial" w:hAnsi="Arial" w:cs="Arial"/>
          <w:i/>
          <w:iCs/>
          <w:sz w:val="20"/>
          <w:szCs w:val="20"/>
        </w:rPr>
      </w:pPr>
    </w:p>
    <w:p w14:paraId="21446074" w14:textId="77777777" w:rsidR="002E6203" w:rsidRDefault="002E6203" w:rsidP="00E94D0E">
      <w:pPr>
        <w:jc w:val="both"/>
        <w:rPr>
          <w:rFonts w:ascii="Arial" w:hAnsi="Arial" w:cs="Arial"/>
        </w:rPr>
      </w:pPr>
    </w:p>
    <w:p w14:paraId="1795CBD9" w14:textId="314AE51D" w:rsidR="003B48E5" w:rsidRPr="00E94D0E" w:rsidRDefault="00474E2A" w:rsidP="00E94D0E">
      <w:pPr>
        <w:jc w:val="both"/>
        <w:rPr>
          <w:rFonts w:ascii="Arial" w:hAnsi="Arial" w:cs="Arial"/>
        </w:rPr>
      </w:pPr>
      <w:r w:rsidRPr="00E94D0E">
        <w:rPr>
          <w:rFonts w:ascii="Arial" w:hAnsi="Arial" w:cs="Arial"/>
        </w:rPr>
        <w:t xml:space="preserve">El/la </w:t>
      </w:r>
      <w:proofErr w:type="spellStart"/>
      <w:r w:rsidRPr="00E94D0E">
        <w:rPr>
          <w:rFonts w:ascii="Arial" w:hAnsi="Arial" w:cs="Arial"/>
        </w:rPr>
        <w:t>abajo</w:t>
      </w:r>
      <w:proofErr w:type="spellEnd"/>
      <w:r w:rsidRPr="00E94D0E">
        <w:rPr>
          <w:rFonts w:ascii="Arial" w:hAnsi="Arial" w:cs="Arial"/>
        </w:rPr>
        <w:t xml:space="preserve"> </w:t>
      </w:r>
      <w:proofErr w:type="spellStart"/>
      <w:r w:rsidRPr="00E94D0E">
        <w:rPr>
          <w:rFonts w:ascii="Arial" w:hAnsi="Arial" w:cs="Arial"/>
        </w:rPr>
        <w:t>firmante</w:t>
      </w:r>
      <w:proofErr w:type="spellEnd"/>
      <w:r w:rsidRPr="00E94D0E">
        <w:rPr>
          <w:rFonts w:ascii="Arial" w:hAnsi="Arial" w:cs="Arial"/>
        </w:rPr>
        <w:t xml:space="preserve">, en </w:t>
      </w:r>
      <w:proofErr w:type="spellStart"/>
      <w:r w:rsidRPr="00E94D0E">
        <w:rPr>
          <w:rFonts w:ascii="Arial" w:hAnsi="Arial" w:cs="Arial"/>
        </w:rPr>
        <w:t>su</w:t>
      </w:r>
      <w:proofErr w:type="spellEnd"/>
      <w:r w:rsidRPr="00E94D0E">
        <w:rPr>
          <w:rFonts w:ascii="Arial" w:hAnsi="Arial" w:cs="Arial"/>
        </w:rPr>
        <w:t xml:space="preserve"> carácter de Presidente/a de la Comisión Directiva de la entidad, declara bajo juramento que los datos consignados en el presente formulario son veraces y se corresponden con la documentación contable de la institución.</w:t>
      </w:r>
    </w:p>
    <w:p w14:paraId="68BA0192" w14:textId="70F6F858" w:rsidR="003B48E5" w:rsidRPr="00E94D0E" w:rsidRDefault="00474E2A">
      <w:pPr>
        <w:rPr>
          <w:rFonts w:ascii="Arial" w:hAnsi="Arial" w:cs="Arial"/>
          <w:sz w:val="20"/>
          <w:szCs w:val="20"/>
        </w:rPr>
      </w:pPr>
      <w:r w:rsidRPr="00E94D0E">
        <w:rPr>
          <w:rFonts w:ascii="Arial" w:hAnsi="Arial" w:cs="Arial"/>
        </w:rPr>
        <w:br/>
      </w:r>
      <w:r w:rsidRPr="00E94D0E">
        <w:rPr>
          <w:rFonts w:ascii="Arial" w:hAnsi="Arial" w:cs="Arial"/>
          <w:sz w:val="20"/>
          <w:szCs w:val="20"/>
        </w:rPr>
        <w:t>Firma: ______________________</w:t>
      </w:r>
      <w:r w:rsidRPr="00E94D0E">
        <w:rPr>
          <w:rFonts w:ascii="Arial" w:hAnsi="Arial" w:cs="Arial"/>
          <w:sz w:val="20"/>
          <w:szCs w:val="20"/>
        </w:rPr>
        <w:br/>
      </w:r>
      <w:r w:rsidRPr="00E94D0E">
        <w:rPr>
          <w:rFonts w:ascii="Arial" w:hAnsi="Arial" w:cs="Arial"/>
          <w:sz w:val="20"/>
          <w:szCs w:val="20"/>
        </w:rPr>
        <w:br/>
        <w:t>Aclaración: __________________</w:t>
      </w:r>
      <w:r w:rsidRPr="00E94D0E">
        <w:rPr>
          <w:rFonts w:ascii="Arial" w:hAnsi="Arial" w:cs="Arial"/>
          <w:sz w:val="20"/>
          <w:szCs w:val="20"/>
        </w:rPr>
        <w:br/>
      </w:r>
      <w:r w:rsidRPr="00E94D0E">
        <w:rPr>
          <w:rFonts w:ascii="Arial" w:hAnsi="Arial" w:cs="Arial"/>
          <w:sz w:val="20"/>
          <w:szCs w:val="20"/>
        </w:rPr>
        <w:br/>
        <w:t>DNI: ________________________</w:t>
      </w:r>
      <w:r w:rsidRPr="00E94D0E">
        <w:rPr>
          <w:rFonts w:ascii="Arial" w:hAnsi="Arial" w:cs="Arial"/>
          <w:sz w:val="20"/>
          <w:szCs w:val="20"/>
        </w:rPr>
        <w:br/>
      </w:r>
      <w:r w:rsidRPr="00E94D0E">
        <w:rPr>
          <w:rFonts w:ascii="Arial" w:hAnsi="Arial" w:cs="Arial"/>
          <w:sz w:val="20"/>
          <w:szCs w:val="20"/>
        </w:rPr>
        <w:br/>
        <w:t xml:space="preserve">Presidente/a de la Comisión </w:t>
      </w:r>
      <w:proofErr w:type="spellStart"/>
      <w:r w:rsidRPr="00E94D0E">
        <w:rPr>
          <w:rFonts w:ascii="Arial" w:hAnsi="Arial" w:cs="Arial"/>
          <w:sz w:val="20"/>
          <w:szCs w:val="20"/>
        </w:rPr>
        <w:t>Directiva</w:t>
      </w:r>
      <w:proofErr w:type="spellEnd"/>
      <w:r w:rsidRPr="00E94D0E">
        <w:rPr>
          <w:rFonts w:ascii="Arial" w:hAnsi="Arial" w:cs="Arial"/>
          <w:sz w:val="20"/>
          <w:szCs w:val="20"/>
        </w:rPr>
        <w:br/>
      </w:r>
      <w:proofErr w:type="spellStart"/>
      <w:r w:rsidRPr="00E94D0E">
        <w:rPr>
          <w:rFonts w:ascii="Arial" w:hAnsi="Arial" w:cs="Arial"/>
          <w:sz w:val="20"/>
          <w:szCs w:val="20"/>
        </w:rPr>
        <w:t>Fecha</w:t>
      </w:r>
      <w:proofErr w:type="spellEnd"/>
      <w:r w:rsidRPr="00E94D0E">
        <w:rPr>
          <w:rFonts w:ascii="Arial" w:hAnsi="Arial" w:cs="Arial"/>
          <w:sz w:val="20"/>
          <w:szCs w:val="20"/>
        </w:rPr>
        <w:t>: ____/____/________</w:t>
      </w:r>
    </w:p>
    <w:sectPr w:rsidR="003B48E5" w:rsidRPr="00E94D0E" w:rsidSect="00034616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4AFAB7" w14:textId="77777777" w:rsidR="00474E2A" w:rsidRDefault="00474E2A" w:rsidP="00E53190">
      <w:pPr>
        <w:spacing w:after="0" w:line="240" w:lineRule="auto"/>
      </w:pPr>
      <w:r>
        <w:separator/>
      </w:r>
    </w:p>
  </w:endnote>
  <w:endnote w:type="continuationSeparator" w:id="0">
    <w:p w14:paraId="37017758" w14:textId="77777777" w:rsidR="00474E2A" w:rsidRDefault="00474E2A" w:rsidP="00E531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FC4D2C" w14:textId="77777777" w:rsidR="00474E2A" w:rsidRDefault="00474E2A" w:rsidP="00E53190">
      <w:pPr>
        <w:spacing w:after="0" w:line="240" w:lineRule="auto"/>
      </w:pPr>
      <w:r>
        <w:separator/>
      </w:r>
    </w:p>
  </w:footnote>
  <w:footnote w:type="continuationSeparator" w:id="0">
    <w:p w14:paraId="571F3BE5" w14:textId="77777777" w:rsidR="00474E2A" w:rsidRDefault="00474E2A" w:rsidP="00E531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2B5DF" w14:textId="6E6E686C" w:rsidR="00E53190" w:rsidRDefault="00E53190" w:rsidP="00E53190">
    <w:pPr>
      <w:pStyle w:val="Encabezado"/>
      <w:jc w:val="center"/>
    </w:pPr>
    <w:r w:rsidRPr="00E53190">
      <w:drawing>
        <wp:inline distT="0" distB="0" distL="0" distR="0" wp14:anchorId="1CA8DA08" wp14:editId="1274CFC5">
          <wp:extent cx="5920189" cy="909955"/>
          <wp:effectExtent l="0" t="0" r="4445" b="4445"/>
          <wp:docPr id="180716550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7165504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23936" cy="9105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67759688">
    <w:abstractNumId w:val="8"/>
  </w:num>
  <w:num w:numId="2" w16cid:durableId="1760830744">
    <w:abstractNumId w:val="6"/>
  </w:num>
  <w:num w:numId="3" w16cid:durableId="1095980571">
    <w:abstractNumId w:val="5"/>
  </w:num>
  <w:num w:numId="4" w16cid:durableId="704140235">
    <w:abstractNumId w:val="4"/>
  </w:num>
  <w:num w:numId="5" w16cid:durableId="588152502">
    <w:abstractNumId w:val="7"/>
  </w:num>
  <w:num w:numId="6" w16cid:durableId="784424079">
    <w:abstractNumId w:val="3"/>
  </w:num>
  <w:num w:numId="7" w16cid:durableId="733772958">
    <w:abstractNumId w:val="2"/>
  </w:num>
  <w:num w:numId="8" w16cid:durableId="1161041635">
    <w:abstractNumId w:val="1"/>
  </w:num>
  <w:num w:numId="9" w16cid:durableId="1482649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298A"/>
    <w:rsid w:val="0029639D"/>
    <w:rsid w:val="002E6203"/>
    <w:rsid w:val="00326F90"/>
    <w:rsid w:val="003B48E5"/>
    <w:rsid w:val="00474E2A"/>
    <w:rsid w:val="00AA1D8D"/>
    <w:rsid w:val="00B47730"/>
    <w:rsid w:val="00C377FC"/>
    <w:rsid w:val="00CB0664"/>
    <w:rsid w:val="00E53190"/>
    <w:rsid w:val="00E94D0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1B40D1"/>
  <w14:defaultImageDpi w14:val="300"/>
  <w15:docId w15:val="{19278F25-F356-48F5-9FF8-55B42F32A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uerte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132</Words>
  <Characters>732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863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Usuario</cp:lastModifiedBy>
  <cp:revision>2</cp:revision>
  <dcterms:created xsi:type="dcterms:W3CDTF">2026-07-03T14:37:00Z</dcterms:created>
  <dcterms:modified xsi:type="dcterms:W3CDTF">2026-07-03T14:37:00Z</dcterms:modified>
  <cp:category/>
</cp:coreProperties>
</file>